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B58B1" w14:textId="77777777" w:rsidR="00D440BF" w:rsidRDefault="00000000">
      <w:pPr>
        <w:spacing w:after="0" w:line="288" w:lineRule="auto"/>
        <w:jc w:val="center"/>
        <w:rPr>
          <w:rFonts w:hint="eastAsia"/>
          <w:lang w:eastAsia="zh-CN"/>
        </w:rPr>
      </w:pPr>
      <w:r>
        <w:rPr>
          <w:rFonts w:ascii="方正小标宋简体" w:eastAsia="方正小标宋简体" w:hAnsi="方正小标宋简体" w:hint="eastAsia"/>
          <w:sz w:val="36"/>
          <w:lang w:eastAsia="zh-CN"/>
        </w:rPr>
        <w:t>2026年同济大学公牛国际交流奖学金申请表</w:t>
      </w:r>
    </w:p>
    <w:p w14:paraId="4CF64DCD" w14:textId="77777777" w:rsidR="00D440BF" w:rsidRDefault="00000000">
      <w:pPr>
        <w:spacing w:after="80" w:line="240" w:lineRule="auto"/>
        <w:jc w:val="right"/>
        <w:rPr>
          <w:rFonts w:hint="eastAsia"/>
        </w:rPr>
      </w:pPr>
      <w:proofErr w:type="spellStart"/>
      <w:r>
        <w:rPr>
          <w:rFonts w:hint="eastAsia"/>
        </w:rPr>
        <w:t>同济大学学生处制表</w:t>
      </w:r>
      <w:proofErr w:type="spellEnd"/>
    </w:p>
    <w:tbl>
      <w:tblPr>
        <w:tblStyle w:val="af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984"/>
        <w:gridCol w:w="1871"/>
        <w:gridCol w:w="2154"/>
        <w:gridCol w:w="1701"/>
      </w:tblGrid>
      <w:tr w:rsidR="00D440BF" w14:paraId="79034E71" w14:textId="77777777">
        <w:trPr>
          <w:trHeight w:val="652"/>
          <w:jc w:val="center"/>
        </w:trPr>
        <w:tc>
          <w:tcPr>
            <w:tcW w:w="1701" w:type="dxa"/>
            <w:shd w:val="clear" w:color="auto" w:fill="F2F2F2"/>
            <w:vAlign w:val="center"/>
          </w:tcPr>
          <w:p w14:paraId="20138099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984" w:type="dxa"/>
            <w:vAlign w:val="center"/>
          </w:tcPr>
          <w:p w14:paraId="2739403B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  <w:tc>
          <w:tcPr>
            <w:tcW w:w="1871" w:type="dxa"/>
            <w:shd w:val="clear" w:color="auto" w:fill="F2F2F2"/>
            <w:vAlign w:val="center"/>
          </w:tcPr>
          <w:p w14:paraId="5A61D852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2154" w:type="dxa"/>
            <w:vAlign w:val="center"/>
          </w:tcPr>
          <w:p w14:paraId="76B4A72A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B7DED3F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照片</w:t>
            </w:r>
            <w:r>
              <w:rPr>
                <w:lang w:eastAsia="zh-CN"/>
              </w:rPr>
              <w:br/>
            </w:r>
            <w:r>
              <w:rPr>
                <w:rFonts w:hint="eastAsia"/>
                <w:lang w:eastAsia="zh-CN"/>
              </w:rPr>
              <w:t>（近期免冠证件照）</w:t>
            </w:r>
          </w:p>
        </w:tc>
      </w:tr>
      <w:tr w:rsidR="00D440BF" w14:paraId="480D6848" w14:textId="77777777">
        <w:trPr>
          <w:trHeight w:val="652"/>
          <w:jc w:val="center"/>
        </w:trPr>
        <w:tc>
          <w:tcPr>
            <w:tcW w:w="1701" w:type="dxa"/>
            <w:shd w:val="clear" w:color="auto" w:fill="F2F2F2"/>
            <w:vAlign w:val="center"/>
          </w:tcPr>
          <w:p w14:paraId="0EE54CF9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学号</w:t>
            </w:r>
            <w:proofErr w:type="spellEnd"/>
          </w:p>
        </w:tc>
        <w:tc>
          <w:tcPr>
            <w:tcW w:w="1984" w:type="dxa"/>
            <w:vAlign w:val="center"/>
          </w:tcPr>
          <w:p w14:paraId="0DC6B31E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  <w:tc>
          <w:tcPr>
            <w:tcW w:w="1871" w:type="dxa"/>
            <w:shd w:val="clear" w:color="auto" w:fill="F2F2F2"/>
            <w:vAlign w:val="center"/>
          </w:tcPr>
          <w:p w14:paraId="1AD24464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民族</w:t>
            </w:r>
          </w:p>
        </w:tc>
        <w:tc>
          <w:tcPr>
            <w:tcW w:w="2154" w:type="dxa"/>
            <w:vAlign w:val="center"/>
          </w:tcPr>
          <w:p w14:paraId="0F96768A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  <w:tc>
          <w:tcPr>
            <w:tcW w:w="1701" w:type="dxa"/>
            <w:vMerge/>
            <w:vAlign w:val="center"/>
          </w:tcPr>
          <w:p w14:paraId="1A4E472E" w14:textId="77777777" w:rsidR="00D440BF" w:rsidRDefault="00D440BF">
            <w:pPr>
              <w:rPr>
                <w:rFonts w:hint="eastAsia"/>
              </w:rPr>
            </w:pPr>
          </w:p>
        </w:tc>
      </w:tr>
      <w:tr w:rsidR="00D440BF" w14:paraId="0F2BC270" w14:textId="77777777">
        <w:trPr>
          <w:trHeight w:val="652"/>
          <w:jc w:val="center"/>
        </w:trPr>
        <w:tc>
          <w:tcPr>
            <w:tcW w:w="1701" w:type="dxa"/>
            <w:shd w:val="clear" w:color="auto" w:fill="F2F2F2"/>
            <w:vAlign w:val="center"/>
          </w:tcPr>
          <w:p w14:paraId="45667151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984" w:type="dxa"/>
            <w:vAlign w:val="center"/>
          </w:tcPr>
          <w:p w14:paraId="0615FE21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  <w:tc>
          <w:tcPr>
            <w:tcW w:w="1871" w:type="dxa"/>
            <w:shd w:val="clear" w:color="auto" w:fill="F2F2F2"/>
            <w:vAlign w:val="center"/>
          </w:tcPr>
          <w:p w14:paraId="14C2F954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培养层次</w:t>
            </w:r>
          </w:p>
        </w:tc>
        <w:tc>
          <w:tcPr>
            <w:tcW w:w="2154" w:type="dxa"/>
            <w:vAlign w:val="center"/>
          </w:tcPr>
          <w:p w14:paraId="16E3CDFB" w14:textId="77777777" w:rsidR="00D440BF" w:rsidRDefault="00000000">
            <w:pPr>
              <w:spacing w:before="20" w:after="20" w:line="276" w:lineRule="auto"/>
              <w:rPr>
                <w:rFonts w:hint="eastAsia"/>
                <w:lang w:eastAsia="zh-CN"/>
              </w:rPr>
            </w:pPr>
            <w:r>
              <w:rPr>
                <w:rFonts w:hint="eastAsia"/>
                <w:sz w:val="19"/>
                <w:lang w:eastAsia="zh-CN"/>
              </w:rPr>
              <w:t>□本科生  □硕士研究生  □博士研究生</w:t>
            </w:r>
          </w:p>
        </w:tc>
        <w:tc>
          <w:tcPr>
            <w:tcW w:w="1701" w:type="dxa"/>
            <w:vMerge/>
            <w:vAlign w:val="center"/>
          </w:tcPr>
          <w:p w14:paraId="3C61CE15" w14:textId="77777777" w:rsidR="00D440BF" w:rsidRDefault="00D440BF">
            <w:pPr>
              <w:rPr>
                <w:rFonts w:hint="eastAsia"/>
                <w:lang w:eastAsia="zh-CN"/>
              </w:rPr>
            </w:pPr>
          </w:p>
        </w:tc>
      </w:tr>
      <w:tr w:rsidR="00D440BF" w14:paraId="2D4DB9BC" w14:textId="77777777">
        <w:trPr>
          <w:trHeight w:val="652"/>
          <w:jc w:val="center"/>
        </w:trPr>
        <w:tc>
          <w:tcPr>
            <w:tcW w:w="1701" w:type="dxa"/>
            <w:shd w:val="clear" w:color="auto" w:fill="F2F2F2"/>
            <w:vAlign w:val="center"/>
          </w:tcPr>
          <w:p w14:paraId="1CCF0F1E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所在学院</w:t>
            </w:r>
            <w:proofErr w:type="spellEnd"/>
          </w:p>
        </w:tc>
        <w:tc>
          <w:tcPr>
            <w:tcW w:w="1984" w:type="dxa"/>
            <w:vAlign w:val="center"/>
          </w:tcPr>
          <w:p w14:paraId="4E83AFDD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  <w:tc>
          <w:tcPr>
            <w:tcW w:w="1871" w:type="dxa"/>
            <w:shd w:val="clear" w:color="auto" w:fill="F2F2F2"/>
            <w:vAlign w:val="center"/>
          </w:tcPr>
          <w:p w14:paraId="2CFE9371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</w:t>
            </w:r>
          </w:p>
        </w:tc>
        <w:tc>
          <w:tcPr>
            <w:tcW w:w="2154" w:type="dxa"/>
            <w:vAlign w:val="center"/>
          </w:tcPr>
          <w:p w14:paraId="3D6B2DF1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  <w:tc>
          <w:tcPr>
            <w:tcW w:w="1701" w:type="dxa"/>
            <w:vMerge/>
            <w:vAlign w:val="center"/>
          </w:tcPr>
          <w:p w14:paraId="53CE52DD" w14:textId="77777777" w:rsidR="00D440BF" w:rsidRDefault="00D440BF">
            <w:pPr>
              <w:rPr>
                <w:rFonts w:hint="eastAsia"/>
              </w:rPr>
            </w:pPr>
          </w:p>
        </w:tc>
      </w:tr>
      <w:tr w:rsidR="00D440BF" w14:paraId="4DEAE71C" w14:textId="77777777">
        <w:trPr>
          <w:trHeight w:val="652"/>
          <w:jc w:val="center"/>
        </w:trPr>
        <w:tc>
          <w:tcPr>
            <w:tcW w:w="1701" w:type="dxa"/>
            <w:shd w:val="clear" w:color="auto" w:fill="F2F2F2"/>
            <w:vAlign w:val="center"/>
          </w:tcPr>
          <w:p w14:paraId="19DB25C9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年级</w:t>
            </w:r>
          </w:p>
        </w:tc>
        <w:tc>
          <w:tcPr>
            <w:tcW w:w="1984" w:type="dxa"/>
            <w:vAlign w:val="center"/>
          </w:tcPr>
          <w:p w14:paraId="07454440" w14:textId="77777777" w:rsidR="00D440BF" w:rsidRDefault="00000000">
            <w:pPr>
              <w:spacing w:before="20" w:after="20" w:line="276" w:lineRule="auto"/>
              <w:rPr>
                <w:rFonts w:hint="eastAsia"/>
              </w:rPr>
            </w:pPr>
            <w:r>
              <w:rPr>
                <w:rFonts w:hint="eastAsia"/>
              </w:rPr>
              <w:t>20    级</w:t>
            </w:r>
          </w:p>
        </w:tc>
        <w:tc>
          <w:tcPr>
            <w:tcW w:w="1871" w:type="dxa"/>
            <w:shd w:val="clear" w:color="auto" w:fill="F2F2F2"/>
            <w:vAlign w:val="center"/>
          </w:tcPr>
          <w:p w14:paraId="0757EF85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3855" w:type="dxa"/>
            <w:gridSpan w:val="2"/>
            <w:vAlign w:val="center"/>
          </w:tcPr>
          <w:p w14:paraId="538C717F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</w:tr>
      <w:tr w:rsidR="00D440BF" w14:paraId="3D555946" w14:textId="77777777">
        <w:trPr>
          <w:trHeight w:val="652"/>
          <w:jc w:val="center"/>
        </w:trPr>
        <w:tc>
          <w:tcPr>
            <w:tcW w:w="1701" w:type="dxa"/>
            <w:shd w:val="clear" w:color="auto" w:fill="F2F2F2"/>
            <w:vAlign w:val="center"/>
          </w:tcPr>
          <w:p w14:paraId="47B0EC12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电子邮箱</w:t>
            </w:r>
          </w:p>
        </w:tc>
        <w:tc>
          <w:tcPr>
            <w:tcW w:w="1984" w:type="dxa"/>
            <w:vAlign w:val="center"/>
          </w:tcPr>
          <w:p w14:paraId="695D52A4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  <w:tc>
          <w:tcPr>
            <w:tcW w:w="1871" w:type="dxa"/>
            <w:shd w:val="clear" w:color="auto" w:fill="F2F2F2"/>
            <w:vAlign w:val="center"/>
          </w:tcPr>
          <w:p w14:paraId="3C385131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总平均成绩（绩点）</w:t>
            </w:r>
          </w:p>
        </w:tc>
        <w:tc>
          <w:tcPr>
            <w:tcW w:w="3855" w:type="dxa"/>
            <w:gridSpan w:val="2"/>
            <w:vAlign w:val="center"/>
          </w:tcPr>
          <w:p w14:paraId="578FA90E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</w:tr>
      <w:tr w:rsidR="00D440BF" w14:paraId="593CDB79" w14:textId="77777777">
        <w:trPr>
          <w:trHeight w:val="652"/>
          <w:jc w:val="center"/>
        </w:trPr>
        <w:tc>
          <w:tcPr>
            <w:tcW w:w="1701" w:type="dxa"/>
            <w:shd w:val="clear" w:color="auto" w:fill="F2F2F2"/>
            <w:vAlign w:val="center"/>
          </w:tcPr>
          <w:p w14:paraId="0E4EAE72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外语水平及成绩</w:t>
            </w:r>
          </w:p>
        </w:tc>
        <w:tc>
          <w:tcPr>
            <w:tcW w:w="1984" w:type="dxa"/>
            <w:vAlign w:val="center"/>
          </w:tcPr>
          <w:p w14:paraId="7B8700FC" w14:textId="77777777" w:rsidR="00D440BF" w:rsidRDefault="00D440BF">
            <w:pPr>
              <w:spacing w:before="20" w:after="20" w:line="276" w:lineRule="auto"/>
              <w:rPr>
                <w:rFonts w:hint="eastAsia"/>
              </w:rPr>
            </w:pPr>
          </w:p>
        </w:tc>
        <w:tc>
          <w:tcPr>
            <w:tcW w:w="1871" w:type="dxa"/>
            <w:shd w:val="clear" w:color="auto" w:fill="F2F2F2"/>
            <w:vAlign w:val="center"/>
          </w:tcPr>
          <w:p w14:paraId="053DBEE2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是否完成注册</w:t>
            </w:r>
          </w:p>
        </w:tc>
        <w:tc>
          <w:tcPr>
            <w:tcW w:w="3855" w:type="dxa"/>
            <w:gridSpan w:val="2"/>
            <w:vAlign w:val="center"/>
          </w:tcPr>
          <w:p w14:paraId="2CD096FB" w14:textId="77777777" w:rsidR="00D440BF" w:rsidRDefault="00000000">
            <w:pPr>
              <w:spacing w:before="20" w:after="20" w:line="276" w:lineRule="auto"/>
              <w:rPr>
                <w:rFonts w:hint="eastAsia"/>
              </w:rPr>
            </w:pPr>
            <w:r>
              <w:rPr>
                <w:rFonts w:hint="eastAsia"/>
                <w:sz w:val="19"/>
              </w:rPr>
              <w:t>□是    □否</w:t>
            </w:r>
          </w:p>
        </w:tc>
      </w:tr>
    </w:tbl>
    <w:p w14:paraId="0EBC84F4" w14:textId="62D055E6" w:rsidR="00D440BF" w:rsidRDefault="00000000">
      <w:pPr>
        <w:spacing w:before="160" w:after="60" w:line="288" w:lineRule="auto"/>
        <w:rPr>
          <w:rFonts w:hint="eastAsia"/>
          <w:lang w:eastAsia="zh-CN"/>
        </w:rPr>
      </w:pPr>
      <w:r>
        <w:rPr>
          <w:rFonts w:ascii="黑体" w:eastAsia="黑体" w:hAnsi="黑体" w:hint="eastAsia"/>
          <w:sz w:val="22"/>
          <w:lang w:eastAsia="zh-CN"/>
        </w:rPr>
        <w:t>一、</w:t>
      </w:r>
      <w:r w:rsidR="00EE6EE0">
        <w:rPr>
          <w:rFonts w:ascii="黑体" w:eastAsia="黑体" w:hAnsi="黑体" w:hint="eastAsia"/>
          <w:sz w:val="22"/>
          <w:lang w:eastAsia="zh-CN"/>
        </w:rPr>
        <w:t>参评学年</w:t>
      </w:r>
      <w:r>
        <w:rPr>
          <w:rFonts w:ascii="黑体" w:eastAsia="黑体" w:hAnsi="黑体" w:hint="eastAsia"/>
          <w:sz w:val="22"/>
          <w:lang w:eastAsia="zh-CN"/>
        </w:rPr>
        <w:t>国（境）外交流经历及成果（请如实、完整填报完成出国（境）一件事流程的经历）</w:t>
      </w:r>
    </w:p>
    <w:tbl>
      <w:tblPr>
        <w:tblStyle w:val="af5"/>
        <w:tblW w:w="9398" w:type="dxa"/>
        <w:jc w:val="center"/>
        <w:tblLayout w:type="fixed"/>
        <w:tblLook w:val="04A0" w:firstRow="1" w:lastRow="0" w:firstColumn="1" w:lastColumn="0" w:noHBand="0" w:noVBand="1"/>
      </w:tblPr>
      <w:tblGrid>
        <w:gridCol w:w="632"/>
        <w:gridCol w:w="2199"/>
        <w:gridCol w:w="2717"/>
        <w:gridCol w:w="1389"/>
        <w:gridCol w:w="2461"/>
      </w:tblGrid>
      <w:tr w:rsidR="00D440BF" w14:paraId="7BF81A52" w14:textId="77777777">
        <w:trPr>
          <w:trHeight w:val="567"/>
          <w:jc w:val="center"/>
        </w:trPr>
        <w:tc>
          <w:tcPr>
            <w:tcW w:w="565" w:type="dxa"/>
            <w:shd w:val="clear" w:color="auto" w:fill="F2F2F2"/>
            <w:vAlign w:val="center"/>
          </w:tcPr>
          <w:p w14:paraId="71454FDE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  <w:b/>
                <w:sz w:val="20"/>
              </w:rPr>
              <w:t>序号</w:t>
            </w:r>
            <w:proofErr w:type="spellEnd"/>
          </w:p>
        </w:tc>
        <w:tc>
          <w:tcPr>
            <w:tcW w:w="1966" w:type="dxa"/>
            <w:shd w:val="clear" w:color="auto" w:fill="F2F2F2"/>
            <w:vAlign w:val="center"/>
          </w:tcPr>
          <w:p w14:paraId="0B15DF94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b/>
                <w:sz w:val="20"/>
                <w:lang w:eastAsia="zh-CN"/>
              </w:rPr>
              <w:t>出访国家（地区）、学校/机构</w:t>
            </w:r>
          </w:p>
        </w:tc>
        <w:tc>
          <w:tcPr>
            <w:tcW w:w="2429" w:type="dxa"/>
            <w:shd w:val="clear" w:color="auto" w:fill="F2F2F2"/>
            <w:vAlign w:val="center"/>
          </w:tcPr>
          <w:p w14:paraId="612EE1D8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  <w:b/>
                <w:sz w:val="20"/>
              </w:rPr>
              <w:t>项目名称及类型</w:t>
            </w:r>
            <w:proofErr w:type="spellEnd"/>
          </w:p>
        </w:tc>
        <w:tc>
          <w:tcPr>
            <w:tcW w:w="1242" w:type="dxa"/>
            <w:shd w:val="clear" w:color="auto" w:fill="F2F2F2"/>
            <w:vAlign w:val="center"/>
          </w:tcPr>
          <w:p w14:paraId="5E9AF455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sz w:val="20"/>
              </w:rPr>
              <w:t>起止时间（期限）</w:t>
            </w:r>
          </w:p>
        </w:tc>
        <w:tc>
          <w:tcPr>
            <w:tcW w:w="2200" w:type="dxa"/>
            <w:shd w:val="clear" w:color="auto" w:fill="F2F2F2"/>
            <w:vAlign w:val="center"/>
          </w:tcPr>
          <w:p w14:paraId="799C4B0D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b/>
                <w:sz w:val="20"/>
                <w:lang w:eastAsia="zh-CN"/>
              </w:rPr>
              <w:t>取得的主要成绩与成果</w:t>
            </w:r>
          </w:p>
        </w:tc>
      </w:tr>
      <w:tr w:rsidR="00D440BF" w14:paraId="53262F4F" w14:textId="77777777">
        <w:trPr>
          <w:trHeight w:val="1077"/>
          <w:jc w:val="center"/>
        </w:trPr>
        <w:tc>
          <w:tcPr>
            <w:tcW w:w="565" w:type="dxa"/>
            <w:vAlign w:val="center"/>
          </w:tcPr>
          <w:p w14:paraId="7816AB81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66" w:type="dxa"/>
            <w:vAlign w:val="center"/>
          </w:tcPr>
          <w:p w14:paraId="18BE6D7A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429" w:type="dxa"/>
            <w:vAlign w:val="center"/>
          </w:tcPr>
          <w:p w14:paraId="5C7A8D4D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1242" w:type="dxa"/>
            <w:vAlign w:val="center"/>
          </w:tcPr>
          <w:p w14:paraId="648BB4B6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200" w:type="dxa"/>
            <w:vAlign w:val="center"/>
          </w:tcPr>
          <w:p w14:paraId="5EA09FFA" w14:textId="77777777" w:rsidR="00D440BF" w:rsidRDefault="00D440BF">
            <w:pPr>
              <w:rPr>
                <w:rFonts w:hint="eastAsia"/>
              </w:rPr>
            </w:pPr>
          </w:p>
        </w:tc>
      </w:tr>
      <w:tr w:rsidR="00D440BF" w14:paraId="0CD2DD27" w14:textId="77777777">
        <w:trPr>
          <w:trHeight w:val="1077"/>
          <w:jc w:val="center"/>
        </w:trPr>
        <w:tc>
          <w:tcPr>
            <w:tcW w:w="565" w:type="dxa"/>
            <w:vAlign w:val="center"/>
          </w:tcPr>
          <w:p w14:paraId="7AF1BC58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66" w:type="dxa"/>
            <w:vAlign w:val="center"/>
          </w:tcPr>
          <w:p w14:paraId="26D36339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429" w:type="dxa"/>
            <w:vAlign w:val="center"/>
          </w:tcPr>
          <w:p w14:paraId="169240E0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1242" w:type="dxa"/>
            <w:vAlign w:val="center"/>
          </w:tcPr>
          <w:p w14:paraId="03CF8993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200" w:type="dxa"/>
            <w:vAlign w:val="center"/>
          </w:tcPr>
          <w:p w14:paraId="4BDD88B8" w14:textId="77777777" w:rsidR="00D440BF" w:rsidRDefault="00D440BF">
            <w:pPr>
              <w:rPr>
                <w:rFonts w:hint="eastAsia"/>
              </w:rPr>
            </w:pPr>
          </w:p>
        </w:tc>
      </w:tr>
      <w:tr w:rsidR="00D440BF" w14:paraId="004BCECB" w14:textId="77777777">
        <w:trPr>
          <w:trHeight w:val="1077"/>
          <w:jc w:val="center"/>
        </w:trPr>
        <w:tc>
          <w:tcPr>
            <w:tcW w:w="565" w:type="dxa"/>
            <w:vAlign w:val="center"/>
          </w:tcPr>
          <w:p w14:paraId="107AE0A3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66" w:type="dxa"/>
            <w:vAlign w:val="center"/>
          </w:tcPr>
          <w:p w14:paraId="55087AEC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429" w:type="dxa"/>
            <w:vAlign w:val="center"/>
          </w:tcPr>
          <w:p w14:paraId="416081EE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1242" w:type="dxa"/>
            <w:vAlign w:val="center"/>
          </w:tcPr>
          <w:p w14:paraId="2E656B44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200" w:type="dxa"/>
            <w:vAlign w:val="center"/>
          </w:tcPr>
          <w:p w14:paraId="03D0E773" w14:textId="77777777" w:rsidR="00D440BF" w:rsidRDefault="00D440BF">
            <w:pPr>
              <w:rPr>
                <w:rFonts w:hint="eastAsia"/>
              </w:rPr>
            </w:pPr>
          </w:p>
        </w:tc>
      </w:tr>
      <w:tr w:rsidR="00D440BF" w14:paraId="6E2A77F7" w14:textId="77777777">
        <w:trPr>
          <w:trHeight w:val="1077"/>
          <w:jc w:val="center"/>
        </w:trPr>
        <w:tc>
          <w:tcPr>
            <w:tcW w:w="565" w:type="dxa"/>
            <w:vAlign w:val="center"/>
          </w:tcPr>
          <w:p w14:paraId="7748F512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66" w:type="dxa"/>
            <w:vAlign w:val="center"/>
          </w:tcPr>
          <w:p w14:paraId="44EE9DA4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429" w:type="dxa"/>
            <w:vAlign w:val="center"/>
          </w:tcPr>
          <w:p w14:paraId="1122663C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1242" w:type="dxa"/>
            <w:vAlign w:val="center"/>
          </w:tcPr>
          <w:p w14:paraId="6FB8D47A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200" w:type="dxa"/>
            <w:vAlign w:val="center"/>
          </w:tcPr>
          <w:p w14:paraId="20BC2D81" w14:textId="77777777" w:rsidR="00D440BF" w:rsidRDefault="00D440BF">
            <w:pPr>
              <w:rPr>
                <w:rFonts w:hint="eastAsia"/>
              </w:rPr>
            </w:pPr>
          </w:p>
        </w:tc>
      </w:tr>
      <w:tr w:rsidR="00D440BF" w14:paraId="790738AA" w14:textId="77777777">
        <w:trPr>
          <w:trHeight w:val="1077"/>
          <w:jc w:val="center"/>
        </w:trPr>
        <w:tc>
          <w:tcPr>
            <w:tcW w:w="565" w:type="dxa"/>
            <w:vAlign w:val="center"/>
          </w:tcPr>
          <w:p w14:paraId="6E493138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966" w:type="dxa"/>
            <w:vAlign w:val="center"/>
          </w:tcPr>
          <w:p w14:paraId="08F2202B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429" w:type="dxa"/>
            <w:vAlign w:val="center"/>
          </w:tcPr>
          <w:p w14:paraId="4BC8B79C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1242" w:type="dxa"/>
            <w:vAlign w:val="center"/>
          </w:tcPr>
          <w:p w14:paraId="6E38B908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200" w:type="dxa"/>
            <w:vAlign w:val="center"/>
          </w:tcPr>
          <w:p w14:paraId="111F4E30" w14:textId="77777777" w:rsidR="00D440BF" w:rsidRDefault="00D440BF">
            <w:pPr>
              <w:rPr>
                <w:rFonts w:hint="eastAsia"/>
              </w:rPr>
            </w:pPr>
          </w:p>
        </w:tc>
      </w:tr>
    </w:tbl>
    <w:p w14:paraId="2515B890" w14:textId="77777777" w:rsidR="00D440BF" w:rsidRDefault="00000000">
      <w:pPr>
        <w:spacing w:before="60" w:after="0"/>
        <w:jc w:val="both"/>
        <w:rPr>
          <w:rFonts w:hint="eastAsia"/>
          <w:lang w:eastAsia="zh-CN"/>
        </w:rPr>
      </w:pPr>
      <w:r>
        <w:rPr>
          <w:rFonts w:hint="eastAsia"/>
          <w:sz w:val="17"/>
          <w:lang w:eastAsia="zh-CN"/>
        </w:rPr>
        <w:t>注：填报范围包括双学位项目、学期交换、短期交流、国际学术会议、海外实习实践、国际竞赛、国际志愿服务等全部出国（境）经历，行数不足可自行增加；相关证明材料请按顺序附后。</w:t>
      </w:r>
    </w:p>
    <w:p w14:paraId="4D5627E1" w14:textId="4EE63CA4" w:rsidR="00D440BF" w:rsidRDefault="00000000">
      <w:pPr>
        <w:spacing w:before="200" w:after="60" w:line="288" w:lineRule="auto"/>
        <w:rPr>
          <w:rFonts w:hint="eastAsia"/>
          <w:lang w:eastAsia="zh-CN"/>
        </w:rPr>
      </w:pPr>
      <w:r>
        <w:rPr>
          <w:rFonts w:ascii="黑体" w:eastAsia="黑体" w:hAnsi="黑体" w:hint="eastAsia"/>
          <w:sz w:val="22"/>
          <w:lang w:eastAsia="zh-CN"/>
        </w:rPr>
        <w:t>二、</w:t>
      </w:r>
      <w:r w:rsidR="00EE6EE0">
        <w:rPr>
          <w:rFonts w:ascii="黑体" w:eastAsia="黑体" w:hAnsi="黑体" w:hint="eastAsia"/>
          <w:sz w:val="22"/>
          <w:lang w:eastAsia="zh-CN"/>
        </w:rPr>
        <w:t>参评学年</w:t>
      </w:r>
      <w:r>
        <w:rPr>
          <w:rFonts w:ascii="黑体" w:eastAsia="黑体" w:hAnsi="黑体" w:hint="eastAsia"/>
          <w:sz w:val="22"/>
          <w:lang w:eastAsia="zh-CN"/>
        </w:rPr>
        <w:t>主要获奖与荣誉（本人排名/角色须如实填写）</w:t>
      </w:r>
    </w:p>
    <w:tbl>
      <w:tblPr>
        <w:tblStyle w:val="af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474"/>
        <w:gridCol w:w="3402"/>
        <w:gridCol w:w="2268"/>
        <w:gridCol w:w="1701"/>
      </w:tblGrid>
      <w:tr w:rsidR="00D440BF" w14:paraId="1F0FA3DC" w14:textId="77777777">
        <w:trPr>
          <w:trHeight w:val="567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7D44CC16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  <w:b/>
                <w:sz w:val="20"/>
              </w:rPr>
              <w:t>序号</w:t>
            </w:r>
            <w:proofErr w:type="spellEnd"/>
          </w:p>
        </w:tc>
        <w:tc>
          <w:tcPr>
            <w:tcW w:w="1474" w:type="dxa"/>
            <w:shd w:val="clear" w:color="auto" w:fill="F2F2F2"/>
            <w:vAlign w:val="center"/>
          </w:tcPr>
          <w:p w14:paraId="535650AB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sz w:val="20"/>
              </w:rPr>
              <w:t>时间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31618085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sz w:val="20"/>
              </w:rPr>
              <w:t>奖项/荣誉名称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048C4457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sz w:val="20"/>
              </w:rPr>
              <w:t>授予单位及级别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4265ECD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sz w:val="20"/>
              </w:rPr>
              <w:t>本人角色/排名</w:t>
            </w:r>
          </w:p>
        </w:tc>
      </w:tr>
      <w:tr w:rsidR="00D440BF" w14:paraId="3A8C1DF8" w14:textId="77777777">
        <w:trPr>
          <w:trHeight w:val="737"/>
          <w:jc w:val="center"/>
        </w:trPr>
        <w:tc>
          <w:tcPr>
            <w:tcW w:w="567" w:type="dxa"/>
            <w:vAlign w:val="center"/>
          </w:tcPr>
          <w:p w14:paraId="360DEA0B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sz w:val="20"/>
              </w:rPr>
              <w:lastRenderedPageBreak/>
              <w:t>1</w:t>
            </w:r>
          </w:p>
        </w:tc>
        <w:tc>
          <w:tcPr>
            <w:tcW w:w="1474" w:type="dxa"/>
            <w:vAlign w:val="center"/>
          </w:tcPr>
          <w:p w14:paraId="4ED86789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3402" w:type="dxa"/>
            <w:vAlign w:val="center"/>
          </w:tcPr>
          <w:p w14:paraId="5F08CDCE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268" w:type="dxa"/>
            <w:vAlign w:val="center"/>
          </w:tcPr>
          <w:p w14:paraId="6FCC4C46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14:paraId="0B96FD9D" w14:textId="77777777" w:rsidR="00D440BF" w:rsidRDefault="00D440BF">
            <w:pPr>
              <w:rPr>
                <w:rFonts w:hint="eastAsia"/>
              </w:rPr>
            </w:pPr>
          </w:p>
        </w:tc>
      </w:tr>
      <w:tr w:rsidR="00D440BF" w14:paraId="5FFC1842" w14:textId="77777777">
        <w:trPr>
          <w:trHeight w:val="737"/>
          <w:jc w:val="center"/>
        </w:trPr>
        <w:tc>
          <w:tcPr>
            <w:tcW w:w="567" w:type="dxa"/>
            <w:vAlign w:val="center"/>
          </w:tcPr>
          <w:p w14:paraId="2C6673D5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74" w:type="dxa"/>
            <w:vAlign w:val="center"/>
          </w:tcPr>
          <w:p w14:paraId="717689D1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3402" w:type="dxa"/>
            <w:vAlign w:val="center"/>
          </w:tcPr>
          <w:p w14:paraId="6B921627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268" w:type="dxa"/>
            <w:vAlign w:val="center"/>
          </w:tcPr>
          <w:p w14:paraId="5E68C07D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14:paraId="73AD7205" w14:textId="77777777" w:rsidR="00D440BF" w:rsidRDefault="00D440BF">
            <w:pPr>
              <w:rPr>
                <w:rFonts w:hint="eastAsia"/>
              </w:rPr>
            </w:pPr>
          </w:p>
        </w:tc>
      </w:tr>
      <w:tr w:rsidR="00D440BF" w14:paraId="5CC6D3F0" w14:textId="77777777">
        <w:trPr>
          <w:trHeight w:val="737"/>
          <w:jc w:val="center"/>
        </w:trPr>
        <w:tc>
          <w:tcPr>
            <w:tcW w:w="567" w:type="dxa"/>
            <w:vAlign w:val="center"/>
          </w:tcPr>
          <w:p w14:paraId="653B9249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74" w:type="dxa"/>
            <w:vAlign w:val="center"/>
          </w:tcPr>
          <w:p w14:paraId="3967F374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3402" w:type="dxa"/>
            <w:vAlign w:val="center"/>
          </w:tcPr>
          <w:p w14:paraId="63F3896C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268" w:type="dxa"/>
            <w:vAlign w:val="center"/>
          </w:tcPr>
          <w:p w14:paraId="10EBDDBD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14:paraId="43A6458C" w14:textId="77777777" w:rsidR="00D440BF" w:rsidRDefault="00D440BF">
            <w:pPr>
              <w:rPr>
                <w:rFonts w:hint="eastAsia"/>
              </w:rPr>
            </w:pPr>
          </w:p>
        </w:tc>
      </w:tr>
      <w:tr w:rsidR="00D440BF" w14:paraId="5DAA021E" w14:textId="77777777">
        <w:trPr>
          <w:trHeight w:val="737"/>
          <w:jc w:val="center"/>
        </w:trPr>
        <w:tc>
          <w:tcPr>
            <w:tcW w:w="567" w:type="dxa"/>
            <w:vAlign w:val="center"/>
          </w:tcPr>
          <w:p w14:paraId="52BD9459" w14:textId="77777777" w:rsidR="00D440BF" w:rsidRDefault="00000000">
            <w:pPr>
              <w:spacing w:before="20" w:after="20" w:line="276" w:lineRule="auto"/>
              <w:jc w:val="center"/>
              <w:rPr>
                <w:rFonts w:hint="eastAsia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74" w:type="dxa"/>
            <w:vAlign w:val="center"/>
          </w:tcPr>
          <w:p w14:paraId="4DF10554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3402" w:type="dxa"/>
            <w:vAlign w:val="center"/>
          </w:tcPr>
          <w:p w14:paraId="3266500B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2268" w:type="dxa"/>
            <w:vAlign w:val="center"/>
          </w:tcPr>
          <w:p w14:paraId="1A197863" w14:textId="77777777" w:rsidR="00D440BF" w:rsidRDefault="00D440BF">
            <w:pPr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14:paraId="5E2C1EE4" w14:textId="77777777" w:rsidR="00D440BF" w:rsidRDefault="00D440BF">
            <w:pPr>
              <w:rPr>
                <w:rFonts w:hint="eastAsia"/>
              </w:rPr>
            </w:pPr>
          </w:p>
        </w:tc>
      </w:tr>
    </w:tbl>
    <w:p w14:paraId="5E202B50" w14:textId="77777777" w:rsidR="00D440BF" w:rsidRDefault="00000000">
      <w:pPr>
        <w:spacing w:before="200" w:after="60" w:line="288" w:lineRule="auto"/>
        <w:rPr>
          <w:rFonts w:hint="eastAsia"/>
          <w:lang w:eastAsia="zh-CN"/>
        </w:rPr>
      </w:pPr>
      <w:r>
        <w:rPr>
          <w:rFonts w:ascii="黑体" w:eastAsia="黑体" w:hAnsi="黑体" w:hint="eastAsia"/>
          <w:sz w:val="22"/>
          <w:lang w:eastAsia="zh-CN"/>
        </w:rPr>
        <w:t>三、国际交流能力及对学校国际交流、国际影响力提升的贡献</w:t>
      </w:r>
    </w:p>
    <w:tbl>
      <w:tblPr>
        <w:tblStyle w:val="af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411"/>
      </w:tblGrid>
      <w:tr w:rsidR="00D440BF" w14:paraId="61137867" w14:textId="77777777">
        <w:trPr>
          <w:trHeight w:val="680"/>
          <w:jc w:val="center"/>
        </w:trPr>
        <w:tc>
          <w:tcPr>
            <w:tcW w:w="9411" w:type="dxa"/>
            <w:shd w:val="clear" w:color="auto" w:fill="F2F2F2"/>
          </w:tcPr>
          <w:p w14:paraId="132A83EB" w14:textId="77777777" w:rsidR="00D440BF" w:rsidRDefault="00000000">
            <w:pPr>
              <w:spacing w:before="20" w:after="20" w:line="276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sz w:val="18"/>
                <w:lang w:eastAsia="zh-CN"/>
              </w:rPr>
              <w:t>请结合本人实际，具体说明在国际交流、跨文化沟通、国际会议参与、海外实习实践、国际合作与传播等方面的突出表现与显著成果，以及上述经历对提升同济大学国际交流水平与国际影响力的贡献（1000字以内，可另附页）。</w:t>
            </w:r>
          </w:p>
        </w:tc>
      </w:tr>
      <w:tr w:rsidR="00D440BF" w14:paraId="4C419707" w14:textId="77777777">
        <w:trPr>
          <w:trHeight w:val="5102"/>
          <w:jc w:val="center"/>
        </w:trPr>
        <w:tc>
          <w:tcPr>
            <w:tcW w:w="9411" w:type="dxa"/>
          </w:tcPr>
          <w:p w14:paraId="42FF03CD" w14:textId="77777777" w:rsidR="00D440BF" w:rsidRDefault="00D440BF">
            <w:pPr>
              <w:spacing w:before="20" w:after="20" w:line="276" w:lineRule="auto"/>
              <w:rPr>
                <w:rFonts w:hint="eastAsia"/>
                <w:lang w:eastAsia="zh-CN"/>
              </w:rPr>
            </w:pPr>
          </w:p>
        </w:tc>
      </w:tr>
    </w:tbl>
    <w:p w14:paraId="0B4BD34B" w14:textId="77777777" w:rsidR="00D440BF" w:rsidRDefault="00000000">
      <w:pPr>
        <w:spacing w:before="200" w:after="60" w:line="288" w:lineRule="auto"/>
        <w:rPr>
          <w:rFonts w:hint="eastAsia"/>
        </w:rPr>
      </w:pPr>
      <w:proofErr w:type="spellStart"/>
      <w:r>
        <w:rPr>
          <w:rFonts w:ascii="黑体" w:eastAsia="黑体" w:hAnsi="黑体" w:hint="eastAsia"/>
          <w:sz w:val="22"/>
        </w:rPr>
        <w:t>四、个人承诺</w:t>
      </w:r>
      <w:proofErr w:type="spellEnd"/>
    </w:p>
    <w:tbl>
      <w:tblPr>
        <w:tblStyle w:val="af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411"/>
      </w:tblGrid>
      <w:tr w:rsidR="00D440BF" w14:paraId="1164AEE6" w14:textId="77777777">
        <w:trPr>
          <w:trHeight w:val="907"/>
          <w:jc w:val="center"/>
        </w:trPr>
        <w:tc>
          <w:tcPr>
            <w:tcW w:w="9411" w:type="dxa"/>
          </w:tcPr>
          <w:p w14:paraId="76F59F5D" w14:textId="77777777" w:rsidR="00D440BF" w:rsidRDefault="00000000">
            <w:pPr>
              <w:spacing w:before="20" w:after="20" w:line="276" w:lineRule="auto"/>
              <w:jc w:val="both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 xml:space="preserve">    本人承诺以上填报信息及所附材料真实、准确、完整。如经查实存在弄虚作假，本人自愿放弃参评资格；已获奖的，退还全部奖金，并接受学校依据《同济大学学生违反校纪校规处分规定》</w:t>
            </w:r>
            <w:proofErr w:type="gramStart"/>
            <w:r>
              <w:rPr>
                <w:rFonts w:hint="eastAsia"/>
                <w:sz w:val="20"/>
                <w:lang w:eastAsia="zh-CN"/>
              </w:rPr>
              <w:t>作出</w:t>
            </w:r>
            <w:proofErr w:type="gramEnd"/>
            <w:r>
              <w:rPr>
                <w:rFonts w:hint="eastAsia"/>
                <w:sz w:val="20"/>
                <w:lang w:eastAsia="zh-CN"/>
              </w:rPr>
              <w:t>的处理。</w:t>
            </w:r>
          </w:p>
          <w:p w14:paraId="47EF98B0" w14:textId="77777777" w:rsidR="00D440BF" w:rsidRDefault="00D440BF">
            <w:pPr>
              <w:spacing w:before="20" w:after="20" w:line="276" w:lineRule="auto"/>
              <w:jc w:val="both"/>
              <w:rPr>
                <w:rFonts w:hint="eastAsia"/>
                <w:sz w:val="20"/>
                <w:lang w:eastAsia="zh-CN"/>
              </w:rPr>
            </w:pPr>
          </w:p>
          <w:p w14:paraId="4DC172FA" w14:textId="77777777" w:rsidR="00D440BF" w:rsidRDefault="00000000">
            <w:pPr>
              <w:spacing w:before="20" w:after="20" w:line="276" w:lineRule="auto"/>
              <w:jc w:val="right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学生签名：                                    日期：      年    月    日</w:t>
            </w:r>
          </w:p>
        </w:tc>
      </w:tr>
    </w:tbl>
    <w:p w14:paraId="5E966B5E" w14:textId="77777777" w:rsidR="00D440BF" w:rsidRDefault="00000000">
      <w:pPr>
        <w:spacing w:before="200" w:after="60" w:line="288" w:lineRule="auto"/>
        <w:rPr>
          <w:rFonts w:hint="eastAsia"/>
          <w:lang w:eastAsia="zh-CN"/>
        </w:rPr>
      </w:pPr>
      <w:r>
        <w:rPr>
          <w:rFonts w:ascii="黑体" w:eastAsia="黑体" w:hAnsi="黑体" w:hint="eastAsia"/>
          <w:sz w:val="22"/>
          <w:lang w:eastAsia="zh-CN"/>
        </w:rPr>
        <w:t>五、班主任（辅导员）/导师意见</w:t>
      </w:r>
    </w:p>
    <w:tbl>
      <w:tblPr>
        <w:tblStyle w:val="af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411"/>
      </w:tblGrid>
      <w:tr w:rsidR="00D440BF" w14:paraId="22586A8F" w14:textId="77777777">
        <w:trPr>
          <w:trHeight w:val="1828"/>
          <w:jc w:val="center"/>
        </w:trPr>
        <w:tc>
          <w:tcPr>
            <w:tcW w:w="9411" w:type="dxa"/>
          </w:tcPr>
          <w:p w14:paraId="4BA1EFBB" w14:textId="77777777" w:rsidR="00D440BF" w:rsidRDefault="00D440BF">
            <w:pPr>
              <w:spacing w:before="20" w:after="20" w:line="276" w:lineRule="auto"/>
              <w:rPr>
                <w:rFonts w:hint="eastAsia"/>
                <w:lang w:eastAsia="zh-CN"/>
              </w:rPr>
            </w:pPr>
          </w:p>
          <w:p w14:paraId="1E76B912" w14:textId="77777777" w:rsidR="00D440BF" w:rsidRDefault="00D440BF">
            <w:pPr>
              <w:spacing w:before="20" w:after="20" w:line="276" w:lineRule="auto"/>
              <w:rPr>
                <w:rFonts w:hint="eastAsia"/>
                <w:lang w:eastAsia="zh-CN"/>
              </w:rPr>
            </w:pPr>
          </w:p>
          <w:p w14:paraId="4BA69CBD" w14:textId="77777777" w:rsidR="00D440BF" w:rsidRDefault="00D440BF">
            <w:pPr>
              <w:spacing w:before="20" w:after="20" w:line="276" w:lineRule="auto"/>
              <w:rPr>
                <w:rFonts w:hint="eastAsia"/>
                <w:lang w:eastAsia="zh-CN"/>
              </w:rPr>
            </w:pPr>
          </w:p>
          <w:p w14:paraId="51D7D726" w14:textId="77777777" w:rsidR="00D440BF" w:rsidRDefault="00D440BF">
            <w:pPr>
              <w:spacing w:before="20" w:after="20" w:line="276" w:lineRule="auto"/>
              <w:rPr>
                <w:rFonts w:hint="eastAsia"/>
                <w:lang w:eastAsia="zh-CN"/>
              </w:rPr>
            </w:pPr>
          </w:p>
          <w:p w14:paraId="6065BA80" w14:textId="77777777" w:rsidR="00D440BF" w:rsidRDefault="00D440BF">
            <w:pPr>
              <w:spacing w:before="20" w:after="20" w:line="276" w:lineRule="auto"/>
              <w:rPr>
                <w:rFonts w:hint="eastAsia"/>
                <w:lang w:eastAsia="zh-CN"/>
              </w:rPr>
            </w:pPr>
          </w:p>
          <w:p w14:paraId="39B09758" w14:textId="77777777" w:rsidR="00D440BF" w:rsidRDefault="00D440BF">
            <w:pPr>
              <w:spacing w:before="20" w:after="20" w:line="276" w:lineRule="auto"/>
              <w:rPr>
                <w:rFonts w:hint="eastAsia"/>
                <w:lang w:eastAsia="zh-CN"/>
              </w:rPr>
            </w:pPr>
          </w:p>
          <w:p w14:paraId="46AAD273" w14:textId="77777777" w:rsidR="00D440BF" w:rsidRDefault="00000000">
            <w:pPr>
              <w:spacing w:before="20" w:after="20" w:line="276" w:lineRule="auto"/>
              <w:jc w:val="right"/>
              <w:rPr>
                <w:rFonts w:hint="eastAsia"/>
              </w:rPr>
            </w:pPr>
            <w:proofErr w:type="spellStart"/>
            <w:r>
              <w:rPr>
                <w:rFonts w:hint="eastAsia"/>
                <w:sz w:val="20"/>
              </w:rPr>
              <w:lastRenderedPageBreak/>
              <w:t>签字</w:t>
            </w:r>
            <w:proofErr w:type="spellEnd"/>
            <w:r>
              <w:rPr>
                <w:rFonts w:hint="eastAsia"/>
                <w:sz w:val="20"/>
              </w:rPr>
              <w:t xml:space="preserve">：                                    </w:t>
            </w:r>
            <w:proofErr w:type="spellStart"/>
            <w:r>
              <w:rPr>
                <w:rFonts w:hint="eastAsia"/>
                <w:sz w:val="20"/>
              </w:rPr>
              <w:t>日期</w:t>
            </w:r>
            <w:proofErr w:type="spellEnd"/>
            <w:r>
              <w:rPr>
                <w:rFonts w:hint="eastAsia"/>
                <w:sz w:val="20"/>
              </w:rPr>
              <w:t>：      年    月    日</w:t>
            </w:r>
          </w:p>
        </w:tc>
      </w:tr>
    </w:tbl>
    <w:p w14:paraId="34FCAF31" w14:textId="77777777" w:rsidR="00D440BF" w:rsidRDefault="00000000">
      <w:pPr>
        <w:spacing w:before="200" w:after="60" w:line="288" w:lineRule="auto"/>
        <w:rPr>
          <w:rFonts w:hint="eastAsia"/>
          <w:lang w:eastAsia="zh-CN"/>
        </w:rPr>
      </w:pPr>
      <w:r>
        <w:rPr>
          <w:rFonts w:ascii="黑体" w:eastAsia="黑体" w:hAnsi="黑体" w:hint="eastAsia"/>
          <w:sz w:val="22"/>
          <w:lang w:eastAsia="zh-CN"/>
        </w:rPr>
        <w:lastRenderedPageBreak/>
        <w:t>六、所在培养单位推荐意见</w:t>
      </w:r>
    </w:p>
    <w:tbl>
      <w:tblPr>
        <w:tblStyle w:val="af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411"/>
      </w:tblGrid>
      <w:tr w:rsidR="00D440BF" w14:paraId="6C0A8FBD" w14:textId="77777777">
        <w:trPr>
          <w:trHeight w:val="1814"/>
          <w:jc w:val="center"/>
        </w:trPr>
        <w:tc>
          <w:tcPr>
            <w:tcW w:w="9411" w:type="dxa"/>
          </w:tcPr>
          <w:p w14:paraId="5CD9A9F7" w14:textId="77777777" w:rsidR="00D440BF" w:rsidRDefault="00D440BF">
            <w:pPr>
              <w:spacing w:before="20" w:after="20" w:line="276" w:lineRule="auto"/>
              <w:jc w:val="right"/>
              <w:rPr>
                <w:rFonts w:hint="eastAsia"/>
                <w:sz w:val="20"/>
                <w:lang w:eastAsia="zh-CN"/>
              </w:rPr>
            </w:pPr>
          </w:p>
          <w:p w14:paraId="255A474B" w14:textId="77777777" w:rsidR="00D440BF" w:rsidRDefault="00D440BF">
            <w:pPr>
              <w:spacing w:before="20" w:after="20" w:line="276" w:lineRule="auto"/>
              <w:jc w:val="right"/>
              <w:rPr>
                <w:rFonts w:hint="eastAsia"/>
                <w:sz w:val="20"/>
                <w:lang w:eastAsia="zh-CN"/>
              </w:rPr>
            </w:pPr>
          </w:p>
          <w:p w14:paraId="136DC491" w14:textId="77777777" w:rsidR="00D440BF" w:rsidRDefault="00D440BF">
            <w:pPr>
              <w:spacing w:before="20" w:after="20" w:line="276" w:lineRule="auto"/>
              <w:jc w:val="right"/>
              <w:rPr>
                <w:rFonts w:hint="eastAsia"/>
                <w:sz w:val="20"/>
                <w:lang w:eastAsia="zh-CN"/>
              </w:rPr>
            </w:pPr>
          </w:p>
          <w:p w14:paraId="751AAA9E" w14:textId="77777777" w:rsidR="00D440BF" w:rsidRDefault="00D440BF">
            <w:pPr>
              <w:spacing w:before="20" w:after="20" w:line="276" w:lineRule="auto"/>
              <w:jc w:val="right"/>
              <w:rPr>
                <w:rFonts w:hint="eastAsia"/>
                <w:sz w:val="20"/>
                <w:lang w:eastAsia="zh-CN"/>
              </w:rPr>
            </w:pPr>
          </w:p>
          <w:p w14:paraId="1B10553B" w14:textId="77777777" w:rsidR="00D440BF" w:rsidRDefault="00D440BF">
            <w:pPr>
              <w:spacing w:before="20" w:after="20" w:line="276" w:lineRule="auto"/>
              <w:jc w:val="right"/>
              <w:rPr>
                <w:rFonts w:hint="eastAsia"/>
                <w:sz w:val="20"/>
                <w:lang w:eastAsia="zh-CN"/>
              </w:rPr>
            </w:pPr>
          </w:p>
          <w:p w14:paraId="5CA26637" w14:textId="77777777" w:rsidR="00D440BF" w:rsidRDefault="00D440BF">
            <w:pPr>
              <w:spacing w:before="20" w:after="20" w:line="276" w:lineRule="auto"/>
              <w:jc w:val="right"/>
              <w:rPr>
                <w:rFonts w:hint="eastAsia"/>
                <w:sz w:val="20"/>
                <w:lang w:eastAsia="zh-CN"/>
              </w:rPr>
            </w:pPr>
          </w:p>
          <w:p w14:paraId="5D382525" w14:textId="77777777" w:rsidR="00D440BF" w:rsidRDefault="00000000">
            <w:pPr>
              <w:spacing w:before="20" w:after="20" w:line="276" w:lineRule="auto"/>
              <w:jc w:val="right"/>
              <w:rPr>
                <w:rFonts w:hint="eastAsia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负责人签名：                          （单位公章）              年    月    日</w:t>
            </w:r>
          </w:p>
          <w:p w14:paraId="4DF5DC20" w14:textId="77777777" w:rsidR="00D440BF" w:rsidRDefault="00D440BF">
            <w:pPr>
              <w:spacing w:before="20" w:after="20" w:line="276" w:lineRule="auto"/>
              <w:rPr>
                <w:rFonts w:hint="eastAsia"/>
                <w:lang w:eastAsia="zh-CN"/>
              </w:rPr>
            </w:pPr>
          </w:p>
        </w:tc>
      </w:tr>
    </w:tbl>
    <w:p w14:paraId="6C3936E0" w14:textId="77777777" w:rsidR="00D440BF" w:rsidRDefault="00000000">
      <w:pPr>
        <w:spacing w:before="120" w:after="0"/>
        <w:jc w:val="both"/>
        <w:rPr>
          <w:rFonts w:hint="eastAsia"/>
          <w:lang w:eastAsia="zh-CN"/>
        </w:rPr>
      </w:pPr>
      <w:r>
        <w:rPr>
          <w:rFonts w:hint="eastAsia"/>
          <w:sz w:val="17"/>
          <w:lang w:eastAsia="zh-CN"/>
        </w:rPr>
        <w:t>注：本表可加页，请用A4纸双面打印；签字盖章后提交至大学生活动中心100。</w:t>
      </w:r>
    </w:p>
    <w:sectPr w:rsidR="00D440BF" w:rsidSect="00034616">
      <w:pgSz w:w="11906" w:h="16838"/>
      <w:pgMar w:top="1247" w:right="1247" w:bottom="113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7584E" w14:textId="77777777" w:rsidR="00766264" w:rsidRDefault="00766264" w:rsidP="00EE6EE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D99C9E9" w14:textId="77777777" w:rsidR="00766264" w:rsidRDefault="00766264" w:rsidP="00EE6EE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5E2C5" w14:textId="77777777" w:rsidR="00766264" w:rsidRDefault="00766264" w:rsidP="00EE6EE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3D33B6B" w14:textId="77777777" w:rsidR="00766264" w:rsidRDefault="00766264" w:rsidP="00EE6EE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7538644">
    <w:abstractNumId w:val="0"/>
  </w:num>
  <w:num w:numId="2" w16cid:durableId="1128285009">
    <w:abstractNumId w:val="1"/>
  </w:num>
  <w:num w:numId="3" w16cid:durableId="1349256988">
    <w:abstractNumId w:val="3"/>
  </w:num>
  <w:num w:numId="4" w16cid:durableId="1267156683">
    <w:abstractNumId w:val="4"/>
  </w:num>
  <w:num w:numId="5" w16cid:durableId="1882937992">
    <w:abstractNumId w:val="2"/>
  </w:num>
  <w:num w:numId="6" w16cid:durableId="13962768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914FE"/>
    <w:rsid w:val="00766264"/>
    <w:rsid w:val="00AA1D8D"/>
    <w:rsid w:val="00B47730"/>
    <w:rsid w:val="00CB0664"/>
    <w:rsid w:val="00D440BF"/>
    <w:rsid w:val="00EE6EE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2A1CA2E"/>
  <w15:docId w15:val="{BAD7AF80-E2E8-4F18-8EC6-C0CE1B5B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仿宋_GB2312" w:eastAsia="仿宋_GB2312" w:hAnsi="仿宋_GB2312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-3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1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33">
    <w:name w:val="正文文本 3 字符"/>
    <w:basedOn w:val="a2"/>
    <w:link w:val="34"/>
    <w:uiPriority w:val="99"/>
    <w:rsid w:val="00AA1D8D"/>
    <w:rPr>
      <w:sz w:val="16"/>
      <w:szCs w:val="16"/>
    </w:rPr>
  </w:style>
  <w:style w:type="table" w:styleId="-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a5">
    <w:name w:val="Body Text"/>
    <w:basedOn w:val="a1"/>
    <w:link w:val="a6"/>
    <w:uiPriority w:val="99"/>
    <w:unhideWhenUsed/>
    <w:rsid w:val="00AA1D8D"/>
    <w:pPr>
      <w:spacing w:after="120"/>
    </w:pPr>
  </w:style>
  <w:style w:type="table" w:styleId="-6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-1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a0">
    <w:name w:val="List Bullet"/>
    <w:basedOn w:val="a1"/>
    <w:uiPriority w:val="99"/>
    <w:unhideWhenUsed/>
    <w:rsid w:val="00326F90"/>
    <w:pPr>
      <w:numPr>
        <w:numId w:val="6"/>
      </w:numPr>
      <w:contextualSpacing/>
    </w:pPr>
  </w:style>
  <w:style w:type="table" w:styleId="1-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2-4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6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-10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7">
    <w:name w:val="Title"/>
    <w:basedOn w:val="a1"/>
    <w:next w:val="a1"/>
    <w:link w:val="a8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1-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1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40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character" w:customStyle="1" w:styleId="a9">
    <w:name w:val="副标题 字符"/>
    <w:basedOn w:val="a2"/>
    <w:link w:val="aa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-41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4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2-6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ab">
    <w:name w:val="宏文本 字符"/>
    <w:basedOn w:val="a2"/>
    <w:link w:val="ac"/>
    <w:uiPriority w:val="99"/>
    <w:rsid w:val="0029639D"/>
    <w:rPr>
      <w:rFonts w:ascii="Courier" w:hAnsi="Courier"/>
      <w:sz w:val="20"/>
      <w:szCs w:val="20"/>
    </w:r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-60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1-40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-61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-12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aa">
    <w:name w:val="Subtitle"/>
    <w:basedOn w:val="a1"/>
    <w:next w:val="a1"/>
    <w:link w:val="a9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a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2-3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ae">
    <w:name w:val="No Spacing"/>
    <w:uiPriority w:val="1"/>
    <w:qFormat/>
    <w:rsid w:val="00FC693F"/>
    <w:pPr>
      <w:spacing w:after="0" w:line="240" w:lineRule="auto"/>
    </w:pPr>
  </w:style>
  <w:style w:type="table" w:styleId="2-5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30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62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styleId="af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0">
    <w:name w:val="footer"/>
    <w:basedOn w:val="a1"/>
    <w:link w:val="af1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table" w:styleId="2-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0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34">
    <w:name w:val="Body Text 3"/>
    <w:basedOn w:val="a1"/>
    <w:link w:val="33"/>
    <w:uiPriority w:val="99"/>
    <w:unhideWhenUsed/>
    <w:rsid w:val="00AA1D8D"/>
    <w:pPr>
      <w:spacing w:after="120"/>
    </w:pPr>
    <w:rPr>
      <w:sz w:val="16"/>
      <w:szCs w:val="16"/>
    </w:rPr>
  </w:style>
  <w:style w:type="paragraph" w:styleId="af2">
    <w:name w:val="Intense Quote"/>
    <w:basedOn w:val="a1"/>
    <w:next w:val="a1"/>
    <w:link w:val="af3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正文文本 字符"/>
    <w:basedOn w:val="a2"/>
    <w:link w:val="a5"/>
    <w:uiPriority w:val="99"/>
    <w:rsid w:val="00AA1D8D"/>
  </w:style>
  <w:style w:type="paragraph" w:styleId="af4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13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-30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2-61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24">
    <w:name w:val="Body Text 2"/>
    <w:basedOn w:val="a1"/>
    <w:link w:val="25"/>
    <w:uiPriority w:val="99"/>
    <w:unhideWhenUsed/>
    <w:rsid w:val="00AA1D8D"/>
    <w:pPr>
      <w:spacing w:after="120" w:line="480" w:lineRule="auto"/>
    </w:pPr>
  </w:style>
  <w:style w:type="table" w:styleId="-21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af5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table" w:styleId="1-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3">
    <w:name w:val="List Number 3"/>
    <w:basedOn w:val="a1"/>
    <w:uiPriority w:val="99"/>
    <w:unhideWhenUsed/>
    <w:rsid w:val="0029639D"/>
    <w:pPr>
      <w:numPr>
        <w:numId w:val="1"/>
      </w:numPr>
      <w:contextualSpacing/>
    </w:pPr>
  </w:style>
  <w:style w:type="table" w:styleId="-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styleId="af7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table" w:styleId="-32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af8">
    <w:name w:val="header"/>
    <w:basedOn w:val="a1"/>
    <w:link w:val="af9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table" w:styleId="afa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-5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2-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character" w:styleId="afb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paragraph" w:styleId="af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ac">
    <w:name w:val="macro"/>
    <w:link w:val="ab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paragraph" w:styleId="30">
    <w:name w:val="List Bullet 3"/>
    <w:basedOn w:val="a1"/>
    <w:uiPriority w:val="99"/>
    <w:unhideWhenUsed/>
    <w:rsid w:val="00326F90"/>
    <w:pPr>
      <w:numPr>
        <w:numId w:val="5"/>
      </w:numPr>
      <w:contextualSpacing/>
    </w:p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51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-61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2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afd">
    <w:name w:val="引用 字符"/>
    <w:basedOn w:val="a2"/>
    <w:link w:val="afe"/>
    <w:uiPriority w:val="29"/>
    <w:rsid w:val="00FC693F"/>
    <w:rPr>
      <w:i/>
      <w:iCs/>
      <w:color w:val="000000" w:themeColor="text1"/>
    </w:rPr>
  </w:style>
  <w:style w:type="table" w:styleId="13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-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36">
    <w:name w:val="List 3"/>
    <w:basedOn w:val="a1"/>
    <w:uiPriority w:val="99"/>
    <w:unhideWhenUsed/>
    <w:rsid w:val="00326F90"/>
    <w:pPr>
      <w:ind w:left="1080" w:hanging="360"/>
      <w:contextualSpacing/>
    </w:p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-21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table" w:styleId="2-50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ff">
    <w:name w:val="List Paragraph"/>
    <w:basedOn w:val="a1"/>
    <w:uiPriority w:val="34"/>
    <w:qFormat/>
    <w:rsid w:val="00FC693F"/>
    <w:pPr>
      <w:ind w:left="720"/>
      <w:contextualSpacing/>
    </w:pPr>
  </w:style>
  <w:style w:type="character" w:customStyle="1" w:styleId="a8">
    <w:name w:val="标题 字符"/>
    <w:basedOn w:val="a2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-53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paragraph" w:styleId="a">
    <w:name w:val="List Number"/>
    <w:basedOn w:val="a1"/>
    <w:uiPriority w:val="99"/>
    <w:unhideWhenUsed/>
    <w:rsid w:val="00326F90"/>
    <w:pPr>
      <w:numPr>
        <w:numId w:val="4"/>
      </w:numPr>
      <w:contextualSpacing/>
    </w:p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0">
    <w:name w:val="Emphasis"/>
    <w:basedOn w:val="a2"/>
    <w:uiPriority w:val="20"/>
    <w:qFormat/>
    <w:rsid w:val="00FC693F"/>
    <w:rPr>
      <w:i/>
      <w:iCs/>
    </w:r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afe">
    <w:name w:val="Quote"/>
    <w:basedOn w:val="a1"/>
    <w:next w:val="a1"/>
    <w:link w:val="afd"/>
    <w:uiPriority w:val="29"/>
    <w:qFormat/>
    <w:rsid w:val="00FC693F"/>
    <w:rPr>
      <w:i/>
      <w:iCs/>
      <w:color w:val="000000" w:themeColor="text1"/>
    </w:r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1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ff3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table" w:styleId="-3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24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41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aff4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character" w:customStyle="1" w:styleId="af3">
    <w:name w:val="明显引用 字符"/>
    <w:basedOn w:val="a2"/>
    <w:link w:val="af2"/>
    <w:uiPriority w:val="30"/>
    <w:rsid w:val="00FC693F"/>
    <w:rPr>
      <w:b/>
      <w:bCs/>
      <w:i/>
      <w:iCs/>
      <w:color w:val="4F81BD" w:themeColor="accent1"/>
    </w:rPr>
  </w:style>
  <w:style w:type="table" w:styleId="-15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1-50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aff5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customStyle="1" w:styleId="af1">
    <w:name w:val="页脚 字符"/>
    <w:basedOn w:val="a2"/>
    <w:link w:val="af0"/>
    <w:uiPriority w:val="99"/>
    <w:rsid w:val="00E618BF"/>
  </w:style>
  <w:style w:type="table" w:styleId="-64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-54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20">
    <w:name w:val="List Bullet 2"/>
    <w:basedOn w:val="a1"/>
    <w:uiPriority w:val="99"/>
    <w:unhideWhenUsed/>
    <w:rsid w:val="00326F90"/>
    <w:pPr>
      <w:numPr>
        <w:numId w:val="3"/>
      </w:numPr>
      <w:contextualSpacing/>
    </w:pPr>
  </w:style>
  <w:style w:type="table" w:styleId="-65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25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1-51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table" w:styleId="28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29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2">
    <w:name w:val="List Number 2"/>
    <w:basedOn w:val="a1"/>
    <w:uiPriority w:val="99"/>
    <w:unhideWhenUsed/>
    <w:rsid w:val="0029639D"/>
    <w:pPr>
      <w:numPr>
        <w:numId w:val="2"/>
      </w:numPr>
      <w:contextualSpacing/>
    </w:pPr>
  </w:style>
  <w:style w:type="character" w:styleId="aff8">
    <w:name w:val="Strong"/>
    <w:basedOn w:val="a2"/>
    <w:uiPriority w:val="22"/>
    <w:qFormat/>
    <w:rsid w:val="00FC693F"/>
    <w:rPr>
      <w:b/>
      <w:bCs/>
    </w:rPr>
  </w:style>
  <w:style w:type="paragraph" w:styleId="37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25">
    <w:name w:val="正文文本 2 字符"/>
    <w:basedOn w:val="a2"/>
    <w:link w:val="24"/>
    <w:uiPriority w:val="99"/>
    <w:rsid w:val="00AA1D8D"/>
  </w:style>
  <w:style w:type="character" w:customStyle="1" w:styleId="af9">
    <w:name w:val="页眉 字符"/>
    <w:basedOn w:val="a2"/>
    <w:link w:val="af8"/>
    <w:uiPriority w:val="99"/>
    <w:rsid w:val="00E61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刘枳杉</cp:lastModifiedBy>
  <cp:revision>2</cp:revision>
  <dcterms:created xsi:type="dcterms:W3CDTF">2026-11-05T19:23:00Z</dcterms:created>
  <dcterms:modified xsi:type="dcterms:W3CDTF">2026-11-06T01:18:00Z</dcterms:modified>
</cp:coreProperties>
</file>